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528A2" w14:textId="77777777" w:rsidR="00DC4BCA" w:rsidRPr="00C47278" w:rsidRDefault="006E1FC9">
      <w:pPr>
        <w:pStyle w:val="1"/>
        <w:rPr>
          <w:lang w:val="ru-RU"/>
        </w:rPr>
      </w:pPr>
      <w:r w:rsidRPr="00C47278">
        <w:rPr>
          <w:lang w:val="ru-RU"/>
        </w:rPr>
        <w:t>Политика в отношении обработки персональных данных</w:t>
      </w:r>
    </w:p>
    <w:p w14:paraId="21F4919D" w14:textId="77777777" w:rsidR="00DC4BCA" w:rsidRPr="00C47278" w:rsidRDefault="006E1FC9">
      <w:pPr>
        <w:pStyle w:val="21"/>
        <w:rPr>
          <w:lang w:val="ru-RU"/>
        </w:rPr>
      </w:pPr>
      <w:r w:rsidRPr="00C47278">
        <w:rPr>
          <w:lang w:val="ru-RU"/>
        </w:rPr>
        <w:t>1. Общие положения</w:t>
      </w:r>
    </w:p>
    <w:p w14:paraId="3E8307CE" w14:textId="264B3C5C" w:rsidR="00DC4BCA" w:rsidRPr="00C47278" w:rsidRDefault="006E1FC9">
      <w:pPr>
        <w:rPr>
          <w:lang w:val="ru-RU"/>
        </w:rPr>
      </w:pPr>
      <w:r w:rsidRPr="00C47278">
        <w:rPr>
          <w:lang w:val="ru-RU"/>
        </w:rPr>
        <w:t xml:space="preserve">1.1. Настоящая Политика обработки персональных данных (далее — Политика) разработана в соответствии с Федеральным законом от 27.07.2006 № 152-ФЗ «О персональных данных» (далее — </w:t>
      </w:r>
      <w:r w:rsidRPr="00C47278">
        <w:rPr>
          <w:lang w:val="ru-RU"/>
        </w:rPr>
        <w:t>152-ФЗ) и определяет порядок обработки персональных данных и меры по обеспечению их безопасности, предпринимаемые ООО «</w:t>
      </w:r>
      <w:r w:rsidR="00C47278" w:rsidRPr="00C47278">
        <w:rPr>
          <w:lang w:val="ru-RU"/>
        </w:rPr>
        <w:t>ФриМоушн Групп»</w:t>
      </w:r>
      <w:r w:rsidRPr="00C47278">
        <w:rPr>
          <w:lang w:val="ru-RU"/>
        </w:rPr>
        <w:t xml:space="preserve"> (далее — Оператор).</w:t>
      </w:r>
    </w:p>
    <w:p w14:paraId="43CF4686" w14:textId="77777777" w:rsidR="00DC4BCA" w:rsidRPr="00C47278" w:rsidRDefault="006E1FC9">
      <w:pPr>
        <w:rPr>
          <w:lang w:val="ru-RU"/>
        </w:rPr>
      </w:pPr>
      <w:r w:rsidRPr="00C47278">
        <w:rPr>
          <w:lang w:val="ru-RU"/>
        </w:rPr>
        <w:t>1.2. Оператор ставит соблюдение прав и свобод человека и гражданина при обработке его персональных данных, в</w:t>
      </w:r>
      <w:r w:rsidRPr="00C47278">
        <w:rPr>
          <w:lang w:val="ru-RU"/>
        </w:rPr>
        <w:t xml:space="preserve"> том числе защиту прав на неприкосновенность частной жизни, личную и семейную тайну, в качестве важнейшей цели.</w:t>
      </w:r>
    </w:p>
    <w:p w14:paraId="01D1509C" w14:textId="4C544F9C" w:rsidR="00DC4BCA" w:rsidRPr="00C47278" w:rsidRDefault="006E1FC9">
      <w:pPr>
        <w:rPr>
          <w:lang w:val="ru-RU"/>
        </w:rPr>
      </w:pPr>
      <w:r w:rsidRPr="00C47278">
        <w:rPr>
          <w:lang w:val="ru-RU"/>
        </w:rPr>
        <w:t xml:space="preserve">1.3. Настоящая Политика применяется ко всей информации о субъектах персональных данных, которую Оператор может получить, в том числе через сайт </w:t>
      </w:r>
      <w:r>
        <w:t>https</w:t>
      </w:r>
      <w:r w:rsidRPr="00C47278">
        <w:rPr>
          <w:lang w:val="ru-RU"/>
        </w:rPr>
        <w:t>://</w:t>
      </w:r>
      <w:r w:rsidR="00C47278" w:rsidRPr="00C47278">
        <w:t>unknownrussiafest</w:t>
      </w:r>
      <w:r w:rsidR="00C47278" w:rsidRPr="00C47278">
        <w:rPr>
          <w:lang w:val="ru-RU"/>
        </w:rPr>
        <w:t>.</w:t>
      </w:r>
      <w:r w:rsidR="00C47278" w:rsidRPr="00C47278">
        <w:t>ru</w:t>
      </w:r>
      <w:r w:rsidR="00C47278">
        <w:rPr>
          <w:lang w:val="ru-RU"/>
        </w:rPr>
        <w:t>.</w:t>
      </w:r>
    </w:p>
    <w:p w14:paraId="560E208D" w14:textId="77777777" w:rsidR="00DC4BCA" w:rsidRDefault="006E1FC9">
      <w:r>
        <w:rPr>
          <w:b/>
        </w:rPr>
        <w:t>Реквизиты Оператора:</w:t>
      </w:r>
    </w:p>
    <w:p w14:paraId="6CDA0322" w14:textId="77777777" w:rsidR="00C47278" w:rsidRDefault="006E1FC9">
      <w:pPr>
        <w:pStyle w:val="a0"/>
        <w:rPr>
          <w:lang w:val="ru-RU"/>
        </w:rPr>
      </w:pPr>
      <w:r w:rsidRPr="00C47278">
        <w:rPr>
          <w:lang w:val="ru-RU"/>
        </w:rPr>
        <w:t xml:space="preserve">Наименование: </w:t>
      </w:r>
      <w:r w:rsidR="00C47278" w:rsidRPr="00C47278">
        <w:rPr>
          <w:lang w:val="ru-RU"/>
        </w:rPr>
        <w:t>ООО «ФриМоушн Групп»</w:t>
      </w:r>
    </w:p>
    <w:p w14:paraId="60C538F6" w14:textId="36F7D069" w:rsidR="00DC4BCA" w:rsidRPr="00C47278" w:rsidRDefault="006E1FC9">
      <w:pPr>
        <w:pStyle w:val="a0"/>
        <w:rPr>
          <w:lang w:val="ru-RU"/>
        </w:rPr>
      </w:pPr>
      <w:r w:rsidRPr="00C47278">
        <w:rPr>
          <w:lang w:val="ru-RU"/>
        </w:rPr>
        <w:t xml:space="preserve">ИНН: </w:t>
      </w:r>
      <w:r w:rsidR="00C47278" w:rsidRPr="001E3907">
        <w:t xml:space="preserve">7704313570 </w:t>
      </w:r>
      <w:r w:rsidR="00C47278">
        <w:rPr>
          <w:lang w:val="ru-RU"/>
        </w:rPr>
        <w:t xml:space="preserve">, </w:t>
      </w:r>
      <w:r w:rsidRPr="00C47278">
        <w:rPr>
          <w:lang w:val="ru-RU"/>
        </w:rPr>
        <w:t>ОГРН</w:t>
      </w:r>
      <w:r w:rsidR="00C47278">
        <w:rPr>
          <w:lang w:val="ru-RU"/>
        </w:rPr>
        <w:t xml:space="preserve">: </w:t>
      </w:r>
      <w:r w:rsidR="00C47278" w:rsidRPr="001E3907">
        <w:t>1157746349310</w:t>
      </w:r>
    </w:p>
    <w:p w14:paraId="09270EE9" w14:textId="7A74C54D" w:rsidR="00DC4BCA" w:rsidRPr="00C47278" w:rsidRDefault="006E1FC9">
      <w:pPr>
        <w:pStyle w:val="a0"/>
        <w:rPr>
          <w:lang w:val="ru-RU"/>
        </w:rPr>
      </w:pPr>
      <w:r w:rsidRPr="00C47278">
        <w:rPr>
          <w:lang w:val="ru-RU"/>
        </w:rPr>
        <w:t xml:space="preserve">Адрес: </w:t>
      </w:r>
      <w:r w:rsidR="00C47278" w:rsidRPr="00C47278">
        <w:rPr>
          <w:lang w:val="ru-RU"/>
        </w:rPr>
        <w:t>119435,  г. Москва, ул. Малая Пироговская, д.13 стр.1, офис №409</w:t>
      </w:r>
    </w:p>
    <w:p w14:paraId="3A73B672" w14:textId="3C29476B" w:rsidR="00DC4BCA" w:rsidRPr="00C47278" w:rsidRDefault="006E1FC9">
      <w:pPr>
        <w:pStyle w:val="a0"/>
        <w:rPr>
          <w:lang w:val="ru-RU"/>
        </w:rPr>
      </w:pPr>
      <w:r w:rsidRPr="00C47278">
        <w:rPr>
          <w:lang w:val="ru-RU"/>
        </w:rPr>
        <w:t xml:space="preserve">Контакты по вопросам обработки ПДн: </w:t>
      </w:r>
      <w:r w:rsidR="00C47278" w:rsidRPr="00C47278">
        <w:rPr>
          <w:lang w:val="ru-RU"/>
        </w:rPr>
        <w:t>info@freemotion.pro</w:t>
      </w:r>
      <w:r w:rsidRPr="00C47278">
        <w:rPr>
          <w:lang w:val="ru-RU"/>
        </w:rPr>
        <w:t>, +</w:t>
      </w:r>
      <w:hyperlink r:id="rId6" w:tgtFrame="_self" w:history="1">
        <w:r w:rsidR="006A4921" w:rsidRPr="006A4921">
          <w:rPr>
            <w:lang w:val="ru-RU"/>
          </w:rPr>
          <w:t>7 495 280-04-90</w:t>
        </w:r>
      </w:hyperlink>
      <w:r w:rsidR="006A4921">
        <w:rPr>
          <w:lang w:val="ru-RU"/>
        </w:rPr>
        <w:t>.</w:t>
      </w:r>
    </w:p>
    <w:p w14:paraId="042AF6EE" w14:textId="77777777" w:rsidR="00DC4BCA" w:rsidRPr="00C47278" w:rsidRDefault="006E1FC9">
      <w:pPr>
        <w:pStyle w:val="21"/>
        <w:rPr>
          <w:lang w:val="ru-RU"/>
        </w:rPr>
      </w:pPr>
      <w:r w:rsidRPr="00C47278">
        <w:rPr>
          <w:lang w:val="ru-RU"/>
        </w:rPr>
        <w:t>2. Основные понятия</w:t>
      </w:r>
    </w:p>
    <w:p w14:paraId="7F4FAED2" w14:textId="77777777" w:rsidR="00DC4BCA" w:rsidRPr="00C47278" w:rsidRDefault="006E1FC9">
      <w:pPr>
        <w:rPr>
          <w:lang w:val="ru-RU"/>
        </w:rPr>
      </w:pPr>
      <w:r w:rsidRPr="00C47278">
        <w:rPr>
          <w:lang w:val="ru-RU"/>
        </w:rPr>
        <w:t>П</w:t>
      </w:r>
      <w:r w:rsidRPr="00C47278">
        <w:rPr>
          <w:lang w:val="ru-RU"/>
        </w:rPr>
        <w:t>ерсональные данные (ПДн) — любая информация, относящаяся к прямо или косвенно определённому или определяемому физическому лицу (субъекту персональных данных). Обработка ПДн, оператор, согласие, обезличивание, блокирование, уничтож</w:t>
      </w:r>
      <w:r w:rsidRPr="00C47278">
        <w:rPr>
          <w:lang w:val="ru-RU"/>
        </w:rPr>
        <w:t>ение и иные понятия используются в значениях, определённых ст. 3 152-ФЗ.</w:t>
      </w:r>
    </w:p>
    <w:p w14:paraId="2EF2AE7E" w14:textId="77777777" w:rsidR="00DC4BCA" w:rsidRPr="00C47278" w:rsidRDefault="006E1FC9">
      <w:pPr>
        <w:pStyle w:val="21"/>
        <w:rPr>
          <w:lang w:val="ru-RU"/>
        </w:rPr>
      </w:pPr>
      <w:r w:rsidRPr="00C47278">
        <w:rPr>
          <w:lang w:val="ru-RU"/>
        </w:rPr>
        <w:t>3. Правовые основания обработки</w:t>
      </w:r>
    </w:p>
    <w:p w14:paraId="2F1CE986" w14:textId="77777777" w:rsidR="00DC4BCA" w:rsidRPr="00C47278" w:rsidRDefault="006E1FC9">
      <w:pPr>
        <w:rPr>
          <w:lang w:val="ru-RU"/>
        </w:rPr>
      </w:pPr>
      <w:r w:rsidRPr="00C47278">
        <w:rPr>
          <w:lang w:val="ru-RU"/>
        </w:rPr>
        <w:t>Оператор обрабатывает ПДн на основании:</w:t>
      </w:r>
    </w:p>
    <w:p w14:paraId="033773AE" w14:textId="77777777" w:rsidR="00DC4BCA" w:rsidRPr="00C47278" w:rsidRDefault="006E1FC9">
      <w:pPr>
        <w:pStyle w:val="a0"/>
        <w:rPr>
          <w:lang w:val="ru-RU"/>
        </w:rPr>
      </w:pPr>
      <w:r w:rsidRPr="00C47278">
        <w:rPr>
          <w:lang w:val="ru-RU"/>
        </w:rPr>
        <w:t>Конституции РФ, 152-ФЗ и иных нормативных правовых актов в области ПДн;</w:t>
      </w:r>
    </w:p>
    <w:p w14:paraId="015D7DF5" w14:textId="77777777" w:rsidR="00DC4BCA" w:rsidRPr="00C47278" w:rsidRDefault="006E1FC9">
      <w:pPr>
        <w:pStyle w:val="a0"/>
        <w:rPr>
          <w:lang w:val="ru-RU"/>
        </w:rPr>
      </w:pPr>
      <w:r w:rsidRPr="00C47278">
        <w:rPr>
          <w:lang w:val="ru-RU"/>
        </w:rPr>
        <w:t>договоров, заключаемых с субъектами ПДн</w:t>
      </w:r>
      <w:r w:rsidRPr="00C47278">
        <w:rPr>
          <w:lang w:val="ru-RU"/>
        </w:rPr>
        <w:t>;</w:t>
      </w:r>
    </w:p>
    <w:p w14:paraId="7AB5C5C4" w14:textId="77777777" w:rsidR="00DC4BCA" w:rsidRPr="00C47278" w:rsidRDefault="006E1FC9">
      <w:pPr>
        <w:pStyle w:val="a0"/>
        <w:rPr>
          <w:lang w:val="ru-RU"/>
        </w:rPr>
      </w:pPr>
      <w:r w:rsidRPr="00C47278">
        <w:rPr>
          <w:lang w:val="ru-RU"/>
        </w:rPr>
        <w:t>согласий субъектов на обработку их персональных данных;</w:t>
      </w:r>
    </w:p>
    <w:p w14:paraId="2A70F605" w14:textId="77777777" w:rsidR="00DC4BCA" w:rsidRPr="00C47278" w:rsidRDefault="006E1FC9">
      <w:pPr>
        <w:pStyle w:val="a0"/>
        <w:rPr>
          <w:lang w:val="ru-RU"/>
        </w:rPr>
      </w:pPr>
      <w:r w:rsidRPr="00C47278">
        <w:rPr>
          <w:lang w:val="ru-RU"/>
        </w:rPr>
        <w:t>поручения обработки другому лицу на основании договора (ст. 6 ч. 3 152-ФЗ);</w:t>
      </w:r>
    </w:p>
    <w:p w14:paraId="4A9AF45C" w14:textId="77777777" w:rsidR="00DC4BCA" w:rsidRPr="00C47278" w:rsidRDefault="006E1FC9">
      <w:pPr>
        <w:pStyle w:val="a0"/>
        <w:rPr>
          <w:lang w:val="ru-RU"/>
        </w:rPr>
      </w:pPr>
      <w:r w:rsidRPr="00C47278">
        <w:rPr>
          <w:lang w:val="ru-RU"/>
        </w:rPr>
        <w:t>иных оснований, предусмотренных ст. 6 152-ФЗ.</w:t>
      </w:r>
    </w:p>
    <w:p w14:paraId="359D3F65" w14:textId="77777777" w:rsidR="00DC4BCA" w:rsidRPr="00C47278" w:rsidRDefault="006E1FC9">
      <w:pPr>
        <w:pStyle w:val="21"/>
        <w:rPr>
          <w:lang w:val="ru-RU"/>
        </w:rPr>
      </w:pPr>
      <w:r w:rsidRPr="00C47278">
        <w:rPr>
          <w:lang w:val="ru-RU"/>
        </w:rPr>
        <w:t>4. Категории субъектов и обрабатываемых ПДн</w:t>
      </w:r>
    </w:p>
    <w:p w14:paraId="6C95D497" w14:textId="77777777" w:rsidR="00DC4BCA" w:rsidRPr="00C47278" w:rsidRDefault="006E1FC9">
      <w:pPr>
        <w:rPr>
          <w:lang w:val="ru-RU"/>
        </w:rPr>
      </w:pPr>
      <w:r w:rsidRPr="00C47278">
        <w:rPr>
          <w:lang w:val="ru-RU"/>
        </w:rPr>
        <w:t>4.1. Оператор обрабатывает ПДн с</w:t>
      </w:r>
      <w:r w:rsidRPr="00C47278">
        <w:rPr>
          <w:lang w:val="ru-RU"/>
        </w:rPr>
        <w:t>ледующих категорий субъектов: Клиенты / покупатели; Посетители сайта; Подписчики рассылки.</w:t>
      </w:r>
    </w:p>
    <w:p w14:paraId="4B0988F6" w14:textId="45228EA9" w:rsidR="00DC4BCA" w:rsidRPr="00C47278" w:rsidRDefault="006E1FC9">
      <w:pPr>
        <w:rPr>
          <w:lang w:val="ru-RU"/>
        </w:rPr>
      </w:pPr>
      <w:r w:rsidRPr="00C47278">
        <w:rPr>
          <w:lang w:val="ru-RU"/>
        </w:rPr>
        <w:t xml:space="preserve">4.2. Перечень обрабатываемых персональных данных: Фамилия, имя, отчество; Адрес электронной почты; Номер телефона; </w:t>
      </w:r>
      <w:r w:rsidR="0097358D">
        <w:rPr>
          <w:lang w:val="ru-RU"/>
        </w:rPr>
        <w:t>П</w:t>
      </w:r>
      <w:r w:rsidRPr="00C47278">
        <w:rPr>
          <w:lang w:val="ru-RU"/>
        </w:rPr>
        <w:t>очтовый адрес;</w:t>
      </w:r>
      <w:r w:rsidRPr="00C47278">
        <w:rPr>
          <w:lang w:val="ru-RU"/>
        </w:rPr>
        <w:t xml:space="preserve"> </w:t>
      </w:r>
      <w:r>
        <w:t>Cookie</w:t>
      </w:r>
      <w:r w:rsidRPr="00C47278">
        <w:rPr>
          <w:lang w:val="ru-RU"/>
        </w:rPr>
        <w:t xml:space="preserve"> и технические данные (</w:t>
      </w:r>
      <w:r>
        <w:t>IP</w:t>
      </w:r>
      <w:r w:rsidRPr="00C47278">
        <w:rPr>
          <w:lang w:val="ru-RU"/>
        </w:rPr>
        <w:t>, тип устройства).</w:t>
      </w:r>
    </w:p>
    <w:p w14:paraId="474F1BA7" w14:textId="77777777" w:rsidR="00DC4BCA" w:rsidRPr="00C47278" w:rsidRDefault="006E1FC9">
      <w:pPr>
        <w:rPr>
          <w:lang w:val="ru-RU"/>
        </w:rPr>
      </w:pPr>
      <w:r w:rsidRPr="00C47278">
        <w:rPr>
          <w:lang w:val="ru-RU"/>
        </w:rPr>
        <w:lastRenderedPageBreak/>
        <w:t xml:space="preserve">4.3. Оператор </w:t>
      </w:r>
      <w:r w:rsidRPr="00C47278">
        <w:rPr>
          <w:b/>
          <w:lang w:val="ru-RU"/>
        </w:rPr>
        <w:t>не обрабатывает</w:t>
      </w:r>
      <w:r w:rsidRPr="00C47278">
        <w:rPr>
          <w:lang w:val="ru-RU"/>
        </w:rPr>
        <w:t xml:space="preserve"> специальные категории персональных данных (о состоянии здоровья, расовой и национальной принадлежности, политических и религиозных взглядах, судимости) и </w:t>
      </w:r>
      <w:r w:rsidRPr="00C47278">
        <w:rPr>
          <w:b/>
          <w:lang w:val="ru-RU"/>
        </w:rPr>
        <w:t>биометрические персональные данные</w:t>
      </w:r>
      <w:r w:rsidRPr="00C47278">
        <w:rPr>
          <w:lang w:val="ru-RU"/>
        </w:rPr>
        <w:t>, за исключением случаев, прямо предусмотренных законом, и только п</w:t>
      </w:r>
      <w:r w:rsidRPr="00C47278">
        <w:rPr>
          <w:lang w:val="ru-RU"/>
        </w:rPr>
        <w:t>ри наличии отдельного согласия субъекта.</w:t>
      </w:r>
    </w:p>
    <w:p w14:paraId="20619D93" w14:textId="77777777" w:rsidR="00DC4BCA" w:rsidRPr="00C47278" w:rsidRDefault="006E1FC9">
      <w:pPr>
        <w:pStyle w:val="21"/>
        <w:rPr>
          <w:lang w:val="ru-RU"/>
        </w:rPr>
      </w:pPr>
      <w:r w:rsidRPr="00C47278">
        <w:rPr>
          <w:lang w:val="ru-RU"/>
        </w:rPr>
        <w:t>5. Цели обработки</w:t>
      </w:r>
    </w:p>
    <w:p w14:paraId="5BE6C5FA" w14:textId="4F91868C" w:rsidR="00DC4BCA" w:rsidRPr="00C47278" w:rsidRDefault="006E1FC9">
      <w:pPr>
        <w:rPr>
          <w:lang w:val="ru-RU"/>
        </w:rPr>
      </w:pPr>
      <w:r w:rsidRPr="00C47278">
        <w:rPr>
          <w:lang w:val="ru-RU"/>
        </w:rPr>
        <w:t xml:space="preserve">Оператор обрабатывает ПДн в следующих целях: </w:t>
      </w:r>
      <w:r w:rsidRPr="00C47278">
        <w:rPr>
          <w:lang w:val="ru-RU"/>
        </w:rPr>
        <w:t>Обработка</w:t>
      </w:r>
      <w:r w:rsidR="0097358D">
        <w:rPr>
          <w:lang w:val="ru-RU"/>
        </w:rPr>
        <w:t xml:space="preserve"> поданных заявок для участия в фестивале; </w:t>
      </w:r>
      <w:r w:rsidRPr="00C47278">
        <w:rPr>
          <w:lang w:val="ru-RU"/>
        </w:rPr>
        <w:t>Информирование о статусе за</w:t>
      </w:r>
      <w:r w:rsidR="0097358D">
        <w:rPr>
          <w:lang w:val="ru-RU"/>
        </w:rPr>
        <w:t>явке</w:t>
      </w:r>
      <w:r w:rsidRPr="00C47278">
        <w:rPr>
          <w:lang w:val="ru-RU"/>
        </w:rPr>
        <w:t xml:space="preserve">; </w:t>
      </w:r>
      <w:r w:rsidRPr="00C47278">
        <w:rPr>
          <w:lang w:val="ru-RU"/>
        </w:rPr>
        <w:t>Обеспечение работы сайта и аналитика посещаемости.</w:t>
      </w:r>
    </w:p>
    <w:p w14:paraId="3F45DCCA" w14:textId="77777777" w:rsidR="00DC4BCA" w:rsidRPr="00C47278" w:rsidRDefault="006E1FC9">
      <w:pPr>
        <w:rPr>
          <w:lang w:val="ru-RU"/>
        </w:rPr>
      </w:pPr>
      <w:r w:rsidRPr="00C47278">
        <w:rPr>
          <w:lang w:val="ru-RU"/>
        </w:rPr>
        <w:t>Обработка ограничивается достижением конкретных, заранее определённых и законных целей. Не допускается обработка ПДн, несовместимая с целями сбора, а также объединени</w:t>
      </w:r>
      <w:r w:rsidRPr="00C47278">
        <w:rPr>
          <w:lang w:val="ru-RU"/>
        </w:rPr>
        <w:t>е баз данных, содержащих ПДн, обработка которых осуществляется в целях, несовместимых между собой.</w:t>
      </w:r>
    </w:p>
    <w:p w14:paraId="76340A78" w14:textId="77777777" w:rsidR="00DC4BCA" w:rsidRPr="00C47278" w:rsidRDefault="006E1FC9">
      <w:pPr>
        <w:pStyle w:val="21"/>
        <w:rPr>
          <w:lang w:val="ru-RU"/>
        </w:rPr>
      </w:pPr>
      <w:r w:rsidRPr="00C47278">
        <w:rPr>
          <w:lang w:val="ru-RU"/>
        </w:rPr>
        <w:t>6. Порядок и условия обработки</w:t>
      </w:r>
    </w:p>
    <w:p w14:paraId="45829CAC" w14:textId="77777777" w:rsidR="00DC4BCA" w:rsidRPr="00C47278" w:rsidRDefault="006E1FC9">
      <w:pPr>
        <w:rPr>
          <w:lang w:val="ru-RU"/>
        </w:rPr>
      </w:pPr>
      <w:r w:rsidRPr="00C47278">
        <w:rPr>
          <w:lang w:val="ru-RU"/>
        </w:rPr>
        <w:t>6.1. Обработка осуществляется с согласия субъекта, а также в иных случаях, предусмотренных 152-ФЗ. Согласие на обработку ПДн о</w:t>
      </w:r>
      <w:r w:rsidRPr="00C47278">
        <w:rPr>
          <w:lang w:val="ru-RU"/>
        </w:rPr>
        <w:t>формляется отдельным документом (с учётом требований, действующих с 01.09.2025).</w:t>
      </w:r>
    </w:p>
    <w:p w14:paraId="3EC14EB9" w14:textId="77777777" w:rsidR="00DC4BCA" w:rsidRPr="00C47278" w:rsidRDefault="006E1FC9">
      <w:pPr>
        <w:rPr>
          <w:lang w:val="ru-RU"/>
        </w:rPr>
      </w:pPr>
      <w:r w:rsidRPr="00C47278">
        <w:rPr>
          <w:lang w:val="ru-RU"/>
        </w:rPr>
        <w:t>6.2. Обработка осуществляется как с использованием средств автоматизации, так и без них.</w:t>
      </w:r>
    </w:p>
    <w:p w14:paraId="3EC9A1C4" w14:textId="77777777" w:rsidR="006E1FC9" w:rsidRDefault="006E1FC9">
      <w:pPr>
        <w:rPr>
          <w:lang w:val="ru-RU"/>
        </w:rPr>
      </w:pPr>
      <w:r w:rsidRPr="00C47278">
        <w:rPr>
          <w:lang w:val="ru-RU"/>
        </w:rPr>
        <w:t>6.3. Хранение ПДн осуществляется в форме, позволяющей определить субъекта</w:t>
      </w:r>
      <w:r>
        <w:rPr>
          <w:lang w:val="ru-RU"/>
        </w:rPr>
        <w:t xml:space="preserve">. </w:t>
      </w:r>
      <w:r w:rsidRPr="006E1FC9">
        <w:rPr>
          <w:lang w:val="ru-RU"/>
        </w:rPr>
        <w:t xml:space="preserve">Согласие действует до его отзыва. Отозвать можно в любой момент письмом на </w:t>
      </w:r>
      <w:r w:rsidRPr="006E1FC9">
        <w:rPr>
          <w:lang w:val="ru-RU"/>
        </w:rPr>
        <w:br/>
      </w:r>
      <w:hyperlink r:id="rId7" w:history="1">
        <w:r w:rsidRPr="00335549">
          <w:rPr>
            <w:rStyle w:val="aff8"/>
            <w:rFonts w:ascii="Inter" w:eastAsiaTheme="majorEastAsia" w:hAnsi="Inter"/>
            <w:shd w:val="clear" w:color="auto" w:fill="FFFFFF"/>
          </w:rPr>
          <w:t>info</w:t>
        </w:r>
        <w:r w:rsidRPr="006E1FC9">
          <w:rPr>
            <w:rStyle w:val="aff8"/>
            <w:rFonts w:ascii="Inter" w:eastAsiaTheme="majorEastAsia" w:hAnsi="Inter"/>
            <w:shd w:val="clear" w:color="auto" w:fill="FFFFFF"/>
            <w:lang w:val="ru-RU"/>
          </w:rPr>
          <w:t>@</w:t>
        </w:r>
        <w:r w:rsidRPr="00335549">
          <w:rPr>
            <w:rStyle w:val="aff8"/>
            <w:rFonts w:ascii="Inter" w:eastAsiaTheme="majorEastAsia" w:hAnsi="Inter"/>
            <w:shd w:val="clear" w:color="auto" w:fill="FFFFFF"/>
          </w:rPr>
          <w:t>freemotion</w:t>
        </w:r>
        <w:r w:rsidRPr="006E1FC9">
          <w:rPr>
            <w:rStyle w:val="aff8"/>
            <w:rFonts w:ascii="Inter" w:eastAsiaTheme="majorEastAsia" w:hAnsi="Inter"/>
            <w:shd w:val="clear" w:color="auto" w:fill="FFFFFF"/>
            <w:lang w:val="ru-RU"/>
          </w:rPr>
          <w:t>.</w:t>
        </w:r>
        <w:r w:rsidRPr="00335549">
          <w:rPr>
            <w:rStyle w:val="aff8"/>
            <w:rFonts w:ascii="Inter" w:eastAsiaTheme="majorEastAsia" w:hAnsi="Inter"/>
            <w:shd w:val="clear" w:color="auto" w:fill="FFFFFF"/>
          </w:rPr>
          <w:t>pro</w:t>
        </w:r>
      </w:hyperlink>
      <w:r w:rsidRPr="006E1FC9">
        <w:rPr>
          <w:lang w:val="ru-RU"/>
        </w:rPr>
        <w:t>, либо удаление профиля в разделе настройки в личном кабинете участника.</w:t>
      </w:r>
    </w:p>
    <w:p w14:paraId="498797B6" w14:textId="069A8056" w:rsidR="00DC4BCA" w:rsidRPr="00C47278" w:rsidRDefault="006E1FC9">
      <w:pPr>
        <w:rPr>
          <w:lang w:val="ru-RU"/>
        </w:rPr>
      </w:pPr>
      <w:r w:rsidRPr="00C47278">
        <w:rPr>
          <w:lang w:val="ru-RU"/>
        </w:rPr>
        <w:t xml:space="preserve">6.4. </w:t>
      </w:r>
      <w:r w:rsidRPr="006E1FC9">
        <w:rPr>
          <w:lang w:val="ru-RU"/>
        </w:rPr>
        <w:t>После отзыва данные удаляются в срок до 30 дней.</w:t>
      </w:r>
      <w:r>
        <w:rPr>
          <w:lang w:val="ru-RU"/>
        </w:rPr>
        <w:t xml:space="preserve"> Данные также удаляются при ликвидации предприятия. </w:t>
      </w:r>
      <w:r>
        <w:rPr>
          <w:lang w:val="ru-RU"/>
        </w:rPr>
        <w:br/>
      </w:r>
      <w:bookmarkStart w:id="0" w:name="_GoBack"/>
      <w:bookmarkEnd w:id="0"/>
      <w:r w:rsidRPr="00C47278">
        <w:rPr>
          <w:lang w:val="ru-RU"/>
        </w:rPr>
        <w:t xml:space="preserve">6.5. </w:t>
      </w:r>
      <w:r w:rsidRPr="00C47278">
        <w:rPr>
          <w:b/>
          <w:lang w:val="ru-RU"/>
        </w:rPr>
        <w:t>Локализация (ст. 18 ч. 5 152-ФЗ).</w:t>
      </w:r>
      <w:r w:rsidRPr="00C47278">
        <w:rPr>
          <w:lang w:val="ru-RU"/>
        </w:rPr>
        <w:t xml:space="preserve"> Запись, систематизация, накопление, хранение, </w:t>
      </w:r>
      <w:r w:rsidRPr="00C47278">
        <w:rPr>
          <w:lang w:val="ru-RU"/>
        </w:rPr>
        <w:t>уточнение и извлечение ПДн граждан РФ осуществляются с использованием баз данных, находящихся на территории Российской Федерации.</w:t>
      </w:r>
    </w:p>
    <w:p w14:paraId="71D3EF44" w14:textId="77777777" w:rsidR="00DC4BCA" w:rsidRPr="00C47278" w:rsidRDefault="006E1FC9">
      <w:pPr>
        <w:rPr>
          <w:lang w:val="ru-RU"/>
        </w:rPr>
      </w:pPr>
      <w:r w:rsidRPr="00C47278">
        <w:rPr>
          <w:lang w:val="ru-RU"/>
        </w:rPr>
        <w:t>6.6. Условием прекращения обработки может являться достижение целей, отзыв согласия, выявление неправомерной обработки, ликвид</w:t>
      </w:r>
      <w:r w:rsidRPr="00C47278">
        <w:rPr>
          <w:lang w:val="ru-RU"/>
        </w:rPr>
        <w:t>ация Оператора.</w:t>
      </w:r>
    </w:p>
    <w:p w14:paraId="6A8EEED9" w14:textId="77777777" w:rsidR="00DC4BCA" w:rsidRPr="00C47278" w:rsidRDefault="006E1FC9">
      <w:pPr>
        <w:pStyle w:val="21"/>
        <w:rPr>
          <w:lang w:val="ru-RU"/>
        </w:rPr>
      </w:pPr>
      <w:r w:rsidRPr="00C47278">
        <w:rPr>
          <w:lang w:val="ru-RU"/>
        </w:rPr>
        <w:t>7. Передача персональных данных третьим лицам</w:t>
      </w:r>
    </w:p>
    <w:p w14:paraId="086DF172" w14:textId="77777777" w:rsidR="00DC4BCA" w:rsidRPr="00C47278" w:rsidRDefault="006E1FC9">
      <w:pPr>
        <w:rPr>
          <w:lang w:val="ru-RU"/>
        </w:rPr>
      </w:pPr>
      <w:r w:rsidRPr="00C47278">
        <w:rPr>
          <w:lang w:val="ru-RU"/>
        </w:rPr>
        <w:t xml:space="preserve">7.1. Оператор вправе передавать ПДн третьим лицам в случаях, предусмотренных законом, либо при наличии </w:t>
      </w:r>
      <w:r w:rsidRPr="00C47278">
        <w:rPr>
          <w:b/>
          <w:lang w:val="ru-RU"/>
        </w:rPr>
        <w:t>отдельного согласия</w:t>
      </w:r>
      <w:r w:rsidRPr="00C47278">
        <w:rPr>
          <w:lang w:val="ru-RU"/>
        </w:rPr>
        <w:t xml:space="preserve"> субъекта.</w:t>
      </w:r>
    </w:p>
    <w:p w14:paraId="7CD46A7E" w14:textId="53F7FA4D" w:rsidR="00DC4BCA" w:rsidRPr="00C47278" w:rsidRDefault="006E1FC9">
      <w:pPr>
        <w:rPr>
          <w:lang w:val="ru-RU"/>
        </w:rPr>
      </w:pPr>
      <w:r w:rsidRPr="00C47278">
        <w:rPr>
          <w:lang w:val="ru-RU"/>
        </w:rPr>
        <w:t>7.2. Перечень лиц, которым могут передаваться ПДн (с указание</w:t>
      </w:r>
      <w:r w:rsidRPr="00C47278">
        <w:rPr>
          <w:lang w:val="ru-RU"/>
        </w:rPr>
        <w:t xml:space="preserve">м целей): </w:t>
      </w:r>
      <w:r w:rsidR="009E6AEB" w:rsidRPr="009E6AEB">
        <w:rPr>
          <w:lang w:val="ru-RU"/>
        </w:rPr>
        <w:t>Битрикс24</w:t>
      </w:r>
      <w:r w:rsidRPr="00C47278">
        <w:rPr>
          <w:lang w:val="ru-RU"/>
        </w:rPr>
        <w:t xml:space="preserve"> (</w:t>
      </w:r>
      <w:r w:rsidR="009E6AEB" w:rsidRPr="009E6AEB">
        <w:rPr>
          <w:lang w:val="ru-RU"/>
        </w:rPr>
        <w:t>CRM</w:t>
      </w:r>
      <w:r w:rsidR="009E6AEB" w:rsidRPr="009E6AEB">
        <w:rPr>
          <w:lang w:val="ru-RU"/>
        </w:rPr>
        <w:t xml:space="preserve"> система</w:t>
      </w:r>
      <w:r w:rsidRPr="00C47278">
        <w:rPr>
          <w:lang w:val="ru-RU"/>
        </w:rPr>
        <w:t xml:space="preserve">); </w:t>
      </w:r>
      <w:r w:rsidRPr="00C47278">
        <w:rPr>
          <w:lang w:val="ru-RU"/>
        </w:rPr>
        <w:t xml:space="preserve">хостинг </w:t>
      </w:r>
      <w:r w:rsidR="009E6AEB" w:rsidRPr="009E6AEB">
        <w:rPr>
          <w:lang w:val="ru-RU"/>
        </w:rPr>
        <w:t>timeweb.com</w:t>
      </w:r>
      <w:r w:rsidR="009E6AEB">
        <w:rPr>
          <w:lang w:val="ru-RU"/>
        </w:rPr>
        <w:t xml:space="preserve">, </w:t>
      </w:r>
      <w:r w:rsidR="009E6AEB" w:rsidRPr="009E6AEB">
        <w:rPr>
          <w:lang w:val="ru-RU"/>
        </w:rPr>
        <w:t>Selectel</w:t>
      </w:r>
      <w:r w:rsidRPr="00C47278">
        <w:rPr>
          <w:lang w:val="ru-RU"/>
        </w:rPr>
        <w:t>.</w:t>
      </w:r>
    </w:p>
    <w:p w14:paraId="7C0659EF" w14:textId="77777777" w:rsidR="00DC4BCA" w:rsidRPr="00C47278" w:rsidRDefault="006E1FC9">
      <w:pPr>
        <w:rPr>
          <w:lang w:val="ru-RU"/>
        </w:rPr>
      </w:pPr>
      <w:r w:rsidRPr="00C47278">
        <w:rPr>
          <w:lang w:val="ru-RU"/>
        </w:rPr>
        <w:t>7.3. Оператор не осуществляет трансграничную передачу персональных данных; персональные данные граждан Российской Федерации обрабатываются и хранятся на территории Российской Федер</w:t>
      </w:r>
      <w:r w:rsidRPr="00C47278">
        <w:rPr>
          <w:lang w:val="ru-RU"/>
        </w:rPr>
        <w:t>ации.</w:t>
      </w:r>
    </w:p>
    <w:p w14:paraId="13CDCE14" w14:textId="77777777" w:rsidR="00DC4BCA" w:rsidRPr="00C47278" w:rsidRDefault="006E1FC9">
      <w:pPr>
        <w:pStyle w:val="21"/>
        <w:rPr>
          <w:lang w:val="ru-RU"/>
        </w:rPr>
      </w:pPr>
      <w:r w:rsidRPr="00C47278">
        <w:rPr>
          <w:lang w:val="ru-RU"/>
        </w:rPr>
        <w:t>8. Права субъекта персональных данных</w:t>
      </w:r>
    </w:p>
    <w:p w14:paraId="59678272" w14:textId="77777777" w:rsidR="00DC4BCA" w:rsidRDefault="006E1FC9">
      <w:r>
        <w:t>Субъект имеет право:</w:t>
      </w:r>
    </w:p>
    <w:p w14:paraId="73043D8E" w14:textId="77777777" w:rsidR="00DC4BCA" w:rsidRPr="00C47278" w:rsidRDefault="006E1FC9">
      <w:pPr>
        <w:pStyle w:val="a0"/>
        <w:rPr>
          <w:lang w:val="ru-RU"/>
        </w:rPr>
      </w:pPr>
      <w:r w:rsidRPr="00C47278">
        <w:rPr>
          <w:lang w:val="ru-RU"/>
        </w:rPr>
        <w:lastRenderedPageBreak/>
        <w:t>получать информацию, касающуюся обработки его ПДн;</w:t>
      </w:r>
    </w:p>
    <w:p w14:paraId="04BA713E" w14:textId="77777777" w:rsidR="00DC4BCA" w:rsidRPr="00C47278" w:rsidRDefault="006E1FC9">
      <w:pPr>
        <w:pStyle w:val="a0"/>
        <w:rPr>
          <w:lang w:val="ru-RU"/>
        </w:rPr>
      </w:pPr>
      <w:r w:rsidRPr="00C47278">
        <w:rPr>
          <w:lang w:val="ru-RU"/>
        </w:rPr>
        <w:t>требовать уточнен</w:t>
      </w:r>
      <w:r w:rsidRPr="00C47278">
        <w:rPr>
          <w:lang w:val="ru-RU"/>
        </w:rPr>
        <w:t>ия, блокирования или уничтожения ПДн (неполных, устаревших, неточных, незаконно полученных или ненужных для целей обработки);</w:t>
      </w:r>
    </w:p>
    <w:p w14:paraId="7F97065A" w14:textId="77777777" w:rsidR="00DC4BCA" w:rsidRPr="00C47278" w:rsidRDefault="006E1FC9">
      <w:pPr>
        <w:pStyle w:val="a0"/>
        <w:rPr>
          <w:lang w:val="ru-RU"/>
        </w:rPr>
      </w:pPr>
      <w:r w:rsidRPr="00C47278">
        <w:rPr>
          <w:b/>
          <w:lang w:val="ru-RU"/>
        </w:rPr>
        <w:t>отозвать согласие</w:t>
      </w:r>
      <w:r w:rsidRPr="00C47278">
        <w:rPr>
          <w:lang w:val="ru-RU"/>
        </w:rPr>
        <w:t xml:space="preserve"> на обработку ПДн;</w:t>
      </w:r>
    </w:p>
    <w:p w14:paraId="5FDB98B0" w14:textId="77777777" w:rsidR="00DC4BCA" w:rsidRPr="00C47278" w:rsidRDefault="006E1FC9">
      <w:pPr>
        <w:pStyle w:val="a0"/>
        <w:rPr>
          <w:lang w:val="ru-RU"/>
        </w:rPr>
      </w:pPr>
      <w:r w:rsidRPr="00C47278">
        <w:rPr>
          <w:lang w:val="ru-RU"/>
        </w:rPr>
        <w:t>обжаловать действия Оператора в Роскомнадзор или в судебном порядке.</w:t>
      </w:r>
    </w:p>
    <w:p w14:paraId="067D8AA8" w14:textId="3FCEC378" w:rsidR="00DC4BCA" w:rsidRPr="00C47278" w:rsidRDefault="006E1FC9">
      <w:pPr>
        <w:rPr>
          <w:lang w:val="ru-RU"/>
        </w:rPr>
      </w:pPr>
      <w:r w:rsidRPr="00C47278">
        <w:rPr>
          <w:lang w:val="ru-RU"/>
        </w:rPr>
        <w:t xml:space="preserve">Запросы </w:t>
      </w:r>
      <w:r w:rsidRPr="00C47278">
        <w:rPr>
          <w:lang w:val="ru-RU"/>
        </w:rPr>
        <w:t xml:space="preserve">направляются по адресу: </w:t>
      </w:r>
      <w:hyperlink r:id="rId8" w:tgtFrame="_self" w:history="1">
        <w:r w:rsidR="009E6AEB" w:rsidRPr="009E6AEB">
          <w:rPr>
            <w:lang w:val="ru-RU"/>
          </w:rPr>
          <w:t>info@freemotion.pro</w:t>
        </w:r>
      </w:hyperlink>
      <w:r w:rsidR="009E6AEB" w:rsidRPr="00C47278">
        <w:rPr>
          <w:lang w:val="ru-RU"/>
        </w:rPr>
        <w:t xml:space="preserve"> </w:t>
      </w:r>
      <w:r w:rsidR="009E6AEB">
        <w:rPr>
          <w:lang w:val="ru-RU"/>
        </w:rPr>
        <w:t xml:space="preserve"> </w:t>
      </w:r>
      <w:r w:rsidRPr="00C47278">
        <w:rPr>
          <w:lang w:val="ru-RU"/>
        </w:rPr>
        <w:t xml:space="preserve">(или </w:t>
      </w:r>
      <w:r w:rsidR="009E6AEB" w:rsidRPr="009E6AEB">
        <w:rPr>
          <w:lang w:val="ru-RU"/>
        </w:rPr>
        <w:t>ул. Малая Пироговская, дом. 13, строение 1, офис 409, г. Москва, Россия, 119435</w:t>
      </w:r>
      <w:r w:rsidRPr="00C47278">
        <w:rPr>
          <w:lang w:val="ru-RU"/>
        </w:rPr>
        <w:t>). Оператор отвечает в сроки, установленные 152-ФЗ; уточнение, блокирование или уничтожение по обоснованному требованию производится, как правило, в теч</w:t>
      </w:r>
      <w:r w:rsidRPr="00C47278">
        <w:rPr>
          <w:lang w:val="ru-RU"/>
        </w:rPr>
        <w:t>ение 30 дней (при выявлении неправомерной обработки — в течение 10 рабочих дней).</w:t>
      </w:r>
    </w:p>
    <w:p w14:paraId="193D0608" w14:textId="77777777" w:rsidR="00DC4BCA" w:rsidRPr="00C47278" w:rsidRDefault="006E1FC9">
      <w:pPr>
        <w:pStyle w:val="21"/>
        <w:rPr>
          <w:lang w:val="ru-RU"/>
        </w:rPr>
      </w:pPr>
      <w:r w:rsidRPr="00C47278">
        <w:rPr>
          <w:lang w:val="ru-RU"/>
        </w:rPr>
        <w:t>9. Меры по обеспечению безопасности</w:t>
      </w:r>
    </w:p>
    <w:p w14:paraId="551D20D2" w14:textId="77777777" w:rsidR="00DC4BCA" w:rsidRPr="00C47278" w:rsidRDefault="006E1FC9">
      <w:pPr>
        <w:rPr>
          <w:lang w:val="ru-RU"/>
        </w:rPr>
      </w:pPr>
      <w:r w:rsidRPr="00C47278">
        <w:rPr>
          <w:lang w:val="ru-RU"/>
        </w:rPr>
        <w:t>Оператор принимает правовые, организационные и технические меры для защиты ПДн от неправомерного доступа, уничтожения, изменения, блокиров</w:t>
      </w:r>
      <w:r w:rsidRPr="00C47278">
        <w:rPr>
          <w:lang w:val="ru-RU"/>
        </w:rPr>
        <w:t xml:space="preserve">ания, копирования, распространения, в том числе: назначение ответственного за организацию обработки ПДн; издание локальных актов; ознакомление сотрудников; ограничение доступа; учёт носителей; обнаружение фактов несанкционированного доступа и реагирование </w:t>
      </w:r>
      <w:r w:rsidRPr="00C47278">
        <w:rPr>
          <w:lang w:val="ru-RU"/>
        </w:rPr>
        <w:t>на инциденты.</w:t>
      </w:r>
    </w:p>
    <w:p w14:paraId="5980EFCE" w14:textId="77777777" w:rsidR="00DC4BCA" w:rsidRPr="00C47278" w:rsidRDefault="006E1FC9">
      <w:pPr>
        <w:pStyle w:val="21"/>
        <w:rPr>
          <w:lang w:val="ru-RU"/>
        </w:rPr>
      </w:pPr>
      <w:r w:rsidRPr="00C47278">
        <w:rPr>
          <w:lang w:val="ru-RU"/>
        </w:rPr>
        <w:t>10. Заключительные положения</w:t>
      </w:r>
    </w:p>
    <w:p w14:paraId="41C30CE5" w14:textId="72D27CC3" w:rsidR="009E6AEB" w:rsidRDefault="006E1FC9">
      <w:pPr>
        <w:rPr>
          <w:lang w:val="ru-RU"/>
        </w:rPr>
      </w:pPr>
      <w:r w:rsidRPr="00C47278">
        <w:rPr>
          <w:lang w:val="ru-RU"/>
        </w:rPr>
        <w:t xml:space="preserve">10.1. Настоящая Политика является общедоступной и размещается на сайте </w:t>
      </w:r>
      <w:r>
        <w:t>https</w:t>
      </w:r>
      <w:r w:rsidRPr="00C47278">
        <w:rPr>
          <w:lang w:val="ru-RU"/>
        </w:rPr>
        <w:t>://</w:t>
      </w:r>
      <w:r w:rsidR="009E6AEB" w:rsidRPr="009E6AEB">
        <w:t>unknownrussiafest</w:t>
      </w:r>
      <w:r w:rsidR="009E6AEB" w:rsidRPr="009E6AEB">
        <w:rPr>
          <w:lang w:val="ru-RU"/>
        </w:rPr>
        <w:t>.</w:t>
      </w:r>
      <w:r w:rsidR="009E6AEB" w:rsidRPr="009E6AEB">
        <w:t>ru</w:t>
      </w:r>
      <w:r w:rsidR="009E6AEB">
        <w:rPr>
          <w:lang w:val="ru-RU"/>
        </w:rPr>
        <w:t xml:space="preserve">. </w:t>
      </w:r>
    </w:p>
    <w:p w14:paraId="3FED332C" w14:textId="67299842" w:rsidR="00DC4BCA" w:rsidRPr="00C47278" w:rsidRDefault="006E1FC9">
      <w:pPr>
        <w:rPr>
          <w:lang w:val="ru-RU"/>
        </w:rPr>
      </w:pPr>
      <w:r w:rsidRPr="00C47278">
        <w:rPr>
          <w:lang w:val="ru-RU"/>
        </w:rPr>
        <w:t>10.2. Оператор вправе вносить изменения в Политику. Действующая редакция размещается на сайте с указанием даты об</w:t>
      </w:r>
      <w:r w:rsidRPr="00C47278">
        <w:rPr>
          <w:lang w:val="ru-RU"/>
        </w:rPr>
        <w:t>новления.</w:t>
      </w:r>
    </w:p>
    <w:p w14:paraId="09D107F6" w14:textId="77777777" w:rsidR="00DC4BCA" w:rsidRDefault="006E1FC9">
      <w:r>
        <w:t>10.3. Дата вступления в силу: 2026-10-27.</w:t>
      </w:r>
    </w:p>
    <w:sectPr w:rsidR="00DC4BCA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A4921"/>
    <w:rsid w:val="006E1FC9"/>
    <w:rsid w:val="0097358D"/>
    <w:rsid w:val="009E6AEB"/>
    <w:rsid w:val="00AA1D8D"/>
    <w:rsid w:val="00B47730"/>
    <w:rsid w:val="00C47278"/>
    <w:rsid w:val="00CB0664"/>
    <w:rsid w:val="00DC4B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983F75"/>
  <w14:defaultImageDpi w14:val="300"/>
  <w15:docId w15:val="{F655D565-017E-4594-81CB-AB92EF279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160" w:after="6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425" w:hanging="255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DNCallout">
    <w:name w:val="PDN Callout"/>
    <w:pPr>
      <w:keepLines/>
      <w:spacing w:before="100" w:after="140" w:line="252" w:lineRule="auto"/>
      <w:ind w:left="142" w:right="142"/>
    </w:pPr>
    <w:rPr>
      <w:rFonts w:ascii="Times New Roman" w:eastAsia="Times New Roman" w:hAnsi="Times New Roman" w:cs="Times New Roman"/>
      <w:color w:val="1F4E79"/>
      <w:sz w:val="20"/>
    </w:rPr>
  </w:style>
  <w:style w:type="character" w:customStyle="1" w:styleId="text-block-wrap-div">
    <w:name w:val="text-block-wrap-div"/>
    <w:basedOn w:val="a2"/>
    <w:rsid w:val="006A4921"/>
  </w:style>
  <w:style w:type="character" w:styleId="aff8">
    <w:name w:val="Hyperlink"/>
    <w:basedOn w:val="a2"/>
    <w:uiPriority w:val="99"/>
    <w:unhideWhenUsed/>
    <w:rsid w:val="006E1F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reemotion.pro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freemotion.p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+7495280049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246477-3F77-4DAE-807C-03FC598B1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895</Words>
  <Characters>5102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2026-10-27T18:59:00Z</dcterms:created>
  <dcterms:modified xsi:type="dcterms:W3CDTF">2026-10-27T20:30:00Z</dcterms:modified>
  <cp:category/>
</cp:coreProperties>
</file>